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E142D" w14:textId="77777777" w:rsidR="004D0570" w:rsidRDefault="004D0570" w:rsidP="004D0570">
      <w:pPr>
        <w:pStyle w:val="NormalnyWeb"/>
        <w:jc w:val="center"/>
      </w:pPr>
      <w:r>
        <w:rPr>
          <w:noProof/>
        </w:rPr>
        <w:drawing>
          <wp:inline distT="0" distB="0" distL="0" distR="0" wp14:anchorId="04F8BA19" wp14:editId="06D180C4">
            <wp:extent cx="996339" cy="9525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754" cy="95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545EF" w14:textId="189E066C" w:rsidR="004D0570" w:rsidRPr="00F9000D" w:rsidRDefault="004D0570" w:rsidP="004D0570">
      <w:pPr>
        <w:spacing w:after="60"/>
        <w:jc w:val="center"/>
        <w:rPr>
          <w:b/>
          <w:sz w:val="24"/>
          <w:szCs w:val="24"/>
        </w:rPr>
      </w:pPr>
      <w:proofErr w:type="spellStart"/>
      <w:r w:rsidRPr="00F9000D">
        <w:rPr>
          <w:b/>
          <w:sz w:val="24"/>
          <w:szCs w:val="24"/>
        </w:rPr>
        <w:t>Beskidzki</w:t>
      </w:r>
      <w:proofErr w:type="spellEnd"/>
      <w:r w:rsidRPr="00F9000D">
        <w:rPr>
          <w:b/>
          <w:sz w:val="24"/>
          <w:szCs w:val="24"/>
        </w:rPr>
        <w:t xml:space="preserve"> </w:t>
      </w:r>
      <w:proofErr w:type="spellStart"/>
      <w:r w:rsidRPr="00F9000D">
        <w:rPr>
          <w:b/>
          <w:sz w:val="24"/>
          <w:szCs w:val="24"/>
        </w:rPr>
        <w:t>Związek</w:t>
      </w:r>
      <w:proofErr w:type="spellEnd"/>
      <w:r w:rsidRPr="00F9000D">
        <w:rPr>
          <w:b/>
          <w:sz w:val="24"/>
          <w:szCs w:val="24"/>
        </w:rPr>
        <w:t xml:space="preserve"> </w:t>
      </w:r>
      <w:proofErr w:type="spellStart"/>
      <w:r w:rsidRPr="00F9000D">
        <w:rPr>
          <w:b/>
          <w:sz w:val="24"/>
          <w:szCs w:val="24"/>
        </w:rPr>
        <w:t>Pszczelarzy</w:t>
      </w:r>
      <w:proofErr w:type="spellEnd"/>
      <w:r w:rsidRPr="00F9000D">
        <w:rPr>
          <w:b/>
          <w:sz w:val="24"/>
          <w:szCs w:val="24"/>
        </w:rPr>
        <w:t xml:space="preserve"> “Bartnik”</w:t>
      </w:r>
    </w:p>
    <w:p w14:paraId="399E462A" w14:textId="3A07CF60" w:rsidR="004D0570" w:rsidRPr="00F9000D" w:rsidRDefault="004D0570" w:rsidP="004D0570">
      <w:pPr>
        <w:spacing w:after="60"/>
        <w:jc w:val="center"/>
        <w:rPr>
          <w:b/>
          <w:sz w:val="28"/>
          <w:szCs w:val="28"/>
        </w:rPr>
      </w:pPr>
      <w:proofErr w:type="spellStart"/>
      <w:r w:rsidRPr="00F9000D">
        <w:rPr>
          <w:b/>
          <w:sz w:val="28"/>
          <w:szCs w:val="28"/>
        </w:rPr>
        <w:t>Zaprasza</w:t>
      </w:r>
      <w:proofErr w:type="spellEnd"/>
      <w:r w:rsidRPr="00F9000D">
        <w:rPr>
          <w:b/>
          <w:sz w:val="28"/>
          <w:szCs w:val="28"/>
        </w:rPr>
        <w:t xml:space="preserve"> </w:t>
      </w:r>
      <w:proofErr w:type="spellStart"/>
      <w:r w:rsidRPr="00F9000D">
        <w:rPr>
          <w:b/>
          <w:sz w:val="28"/>
          <w:szCs w:val="28"/>
        </w:rPr>
        <w:t>na</w:t>
      </w:r>
      <w:proofErr w:type="spellEnd"/>
      <w:r w:rsidRPr="00F9000D">
        <w:rPr>
          <w:b/>
          <w:sz w:val="28"/>
          <w:szCs w:val="28"/>
        </w:rPr>
        <w:t xml:space="preserve"> </w:t>
      </w:r>
      <w:proofErr w:type="spellStart"/>
      <w:r w:rsidRPr="00F9000D">
        <w:rPr>
          <w:b/>
          <w:sz w:val="28"/>
          <w:szCs w:val="28"/>
        </w:rPr>
        <w:t>szkolenie</w:t>
      </w:r>
      <w:proofErr w:type="spellEnd"/>
    </w:p>
    <w:p w14:paraId="203ADB87" w14:textId="54E25A06" w:rsidR="003E2083" w:rsidRDefault="00000000">
      <w:pPr>
        <w:spacing w:after="60"/>
        <w:jc w:val="center"/>
      </w:pPr>
      <w:r>
        <w:rPr>
          <w:b/>
          <w:sz w:val="26"/>
        </w:rPr>
        <w:t>„</w:t>
      </w:r>
      <w:proofErr w:type="spellStart"/>
      <w:r>
        <w:rPr>
          <w:b/>
          <w:sz w:val="26"/>
        </w:rPr>
        <w:t>Pszczelarze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dla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Pszczół</w:t>
      </w:r>
      <w:proofErr w:type="spellEnd"/>
      <w:r>
        <w:rPr>
          <w:b/>
          <w:sz w:val="26"/>
        </w:rPr>
        <w:t>”</w:t>
      </w:r>
      <w:r w:rsidR="00C26900">
        <w:rPr>
          <w:b/>
          <w:sz w:val="26"/>
        </w:rPr>
        <w:t xml:space="preserve"> w </w:t>
      </w:r>
      <w:proofErr w:type="spellStart"/>
      <w:r w:rsidR="00C26900">
        <w:rPr>
          <w:b/>
          <w:sz w:val="26"/>
        </w:rPr>
        <w:t>dniu</w:t>
      </w:r>
      <w:proofErr w:type="spellEnd"/>
      <w:r w:rsidR="00C26900">
        <w:rPr>
          <w:b/>
          <w:sz w:val="26"/>
        </w:rPr>
        <w:t xml:space="preserve"> 10.10.2026</w:t>
      </w:r>
    </w:p>
    <w:p w14:paraId="05DA2026" w14:textId="77777777" w:rsidR="003E2083" w:rsidRDefault="00000000">
      <w:pPr>
        <w:spacing w:after="100"/>
        <w:jc w:val="center"/>
        <w:rPr>
          <w:b/>
          <w:sz w:val="20"/>
          <w:szCs w:val="20"/>
        </w:rPr>
      </w:pPr>
      <w:r w:rsidRPr="00F9000D">
        <w:rPr>
          <w:b/>
          <w:sz w:val="20"/>
          <w:szCs w:val="20"/>
        </w:rPr>
        <w:t xml:space="preserve">Grupa </w:t>
      </w:r>
      <w:proofErr w:type="spellStart"/>
      <w:r w:rsidRPr="00F9000D">
        <w:rPr>
          <w:b/>
          <w:sz w:val="20"/>
          <w:szCs w:val="20"/>
        </w:rPr>
        <w:t>docelowa</w:t>
      </w:r>
      <w:proofErr w:type="spellEnd"/>
      <w:r w:rsidRPr="00F9000D">
        <w:rPr>
          <w:b/>
          <w:sz w:val="20"/>
          <w:szCs w:val="20"/>
        </w:rPr>
        <w:t xml:space="preserve">: </w:t>
      </w:r>
      <w:proofErr w:type="spellStart"/>
      <w:r w:rsidRPr="00F9000D">
        <w:rPr>
          <w:b/>
          <w:sz w:val="20"/>
          <w:szCs w:val="20"/>
        </w:rPr>
        <w:t>pszczelarze</w:t>
      </w:r>
      <w:proofErr w:type="spellEnd"/>
      <w:r w:rsidRPr="00F9000D">
        <w:rPr>
          <w:b/>
          <w:sz w:val="20"/>
          <w:szCs w:val="20"/>
        </w:rPr>
        <w:t xml:space="preserve"> z </w:t>
      </w:r>
      <w:proofErr w:type="spellStart"/>
      <w:r w:rsidRPr="00F9000D">
        <w:rPr>
          <w:b/>
          <w:sz w:val="20"/>
          <w:szCs w:val="20"/>
        </w:rPr>
        <w:t>województwa</w:t>
      </w:r>
      <w:proofErr w:type="spellEnd"/>
      <w:r w:rsidRPr="00F9000D">
        <w:rPr>
          <w:b/>
          <w:sz w:val="20"/>
          <w:szCs w:val="20"/>
        </w:rPr>
        <w:t xml:space="preserve"> </w:t>
      </w:r>
      <w:proofErr w:type="spellStart"/>
      <w:r w:rsidRPr="00F9000D">
        <w:rPr>
          <w:b/>
          <w:sz w:val="20"/>
          <w:szCs w:val="20"/>
        </w:rPr>
        <w:t>śląskiego</w:t>
      </w:r>
      <w:proofErr w:type="spellEnd"/>
      <w:r w:rsidRPr="00F9000D">
        <w:rPr>
          <w:b/>
          <w:sz w:val="20"/>
          <w:szCs w:val="20"/>
        </w:rPr>
        <w:t xml:space="preserve"> | </w:t>
      </w:r>
      <w:proofErr w:type="spellStart"/>
      <w:r w:rsidRPr="00F9000D">
        <w:rPr>
          <w:b/>
          <w:sz w:val="20"/>
          <w:szCs w:val="20"/>
        </w:rPr>
        <w:t>Miejsce</w:t>
      </w:r>
      <w:proofErr w:type="spellEnd"/>
      <w:r w:rsidRPr="00F9000D">
        <w:rPr>
          <w:b/>
          <w:sz w:val="20"/>
          <w:szCs w:val="20"/>
        </w:rPr>
        <w:t xml:space="preserve">: Dom </w:t>
      </w:r>
      <w:proofErr w:type="spellStart"/>
      <w:r w:rsidRPr="00F9000D">
        <w:rPr>
          <w:b/>
          <w:sz w:val="20"/>
          <w:szCs w:val="20"/>
        </w:rPr>
        <w:t>Kultury</w:t>
      </w:r>
      <w:proofErr w:type="spellEnd"/>
      <w:r w:rsidRPr="00F9000D">
        <w:rPr>
          <w:b/>
          <w:sz w:val="20"/>
          <w:szCs w:val="20"/>
        </w:rPr>
        <w:t xml:space="preserve"> w </w:t>
      </w:r>
      <w:proofErr w:type="spellStart"/>
      <w:r w:rsidRPr="00F9000D">
        <w:rPr>
          <w:b/>
          <w:sz w:val="20"/>
          <w:szCs w:val="20"/>
        </w:rPr>
        <w:t>Pisarzowicach</w:t>
      </w:r>
      <w:proofErr w:type="spellEnd"/>
      <w:r w:rsidRPr="00F9000D">
        <w:rPr>
          <w:b/>
          <w:sz w:val="20"/>
          <w:szCs w:val="20"/>
        </w:rPr>
        <w:t xml:space="preserve"> | </w:t>
      </w:r>
      <w:proofErr w:type="spellStart"/>
      <w:r w:rsidRPr="00F9000D">
        <w:rPr>
          <w:b/>
          <w:sz w:val="20"/>
          <w:szCs w:val="20"/>
        </w:rPr>
        <w:t>Prowadzący</w:t>
      </w:r>
      <w:proofErr w:type="spellEnd"/>
      <w:r w:rsidRPr="00F9000D">
        <w:rPr>
          <w:b/>
          <w:sz w:val="20"/>
          <w:szCs w:val="20"/>
        </w:rPr>
        <w:t>: dr Piotr Nowotnik</w:t>
      </w:r>
    </w:p>
    <w:p w14:paraId="61C11D15" w14:textId="77777777" w:rsidR="005507F4" w:rsidRPr="00F9000D" w:rsidRDefault="005507F4" w:rsidP="005507F4">
      <w:pPr>
        <w:spacing w:after="100"/>
        <w:rPr>
          <w:sz w:val="20"/>
          <w:szCs w:val="20"/>
        </w:rPr>
      </w:pPr>
    </w:p>
    <w:p w14:paraId="1911C57F" w14:textId="77777777" w:rsidR="003E2083" w:rsidRDefault="00000000" w:rsidP="004D0570">
      <w:pPr>
        <w:spacing w:after="40"/>
        <w:jc w:val="center"/>
      </w:pPr>
      <w:r>
        <w:rPr>
          <w:b/>
          <w:sz w:val="23"/>
        </w:rPr>
        <w:t>HARMONOGRAM</w:t>
      </w:r>
    </w:p>
    <w:p w14:paraId="59D25A06" w14:textId="77777777" w:rsidR="003E2083" w:rsidRPr="005507F4" w:rsidRDefault="00000000" w:rsidP="004D0570">
      <w:pPr>
        <w:spacing w:after="20"/>
        <w:jc w:val="center"/>
        <w:rPr>
          <w:sz w:val="24"/>
          <w:szCs w:val="24"/>
        </w:rPr>
      </w:pPr>
      <w:r w:rsidRPr="005507F4">
        <w:rPr>
          <w:b/>
          <w:sz w:val="24"/>
          <w:szCs w:val="24"/>
        </w:rPr>
        <w:t xml:space="preserve">13:00 – </w:t>
      </w:r>
      <w:proofErr w:type="spellStart"/>
      <w:r w:rsidRPr="005507F4">
        <w:rPr>
          <w:b/>
          <w:sz w:val="24"/>
          <w:szCs w:val="24"/>
        </w:rPr>
        <w:t>Rejestracja</w:t>
      </w:r>
      <w:proofErr w:type="spellEnd"/>
      <w:r w:rsidRPr="005507F4">
        <w:rPr>
          <w:b/>
          <w:sz w:val="24"/>
          <w:szCs w:val="24"/>
        </w:rPr>
        <w:t xml:space="preserve"> </w:t>
      </w:r>
      <w:proofErr w:type="spellStart"/>
      <w:r w:rsidRPr="005507F4">
        <w:rPr>
          <w:b/>
          <w:sz w:val="24"/>
          <w:szCs w:val="24"/>
        </w:rPr>
        <w:t>uczestników</w:t>
      </w:r>
      <w:proofErr w:type="spellEnd"/>
    </w:p>
    <w:p w14:paraId="75D47D8E" w14:textId="77777777" w:rsidR="003E2083" w:rsidRPr="0048519E" w:rsidRDefault="00000000" w:rsidP="004D0570">
      <w:pPr>
        <w:spacing w:after="60"/>
        <w:jc w:val="center"/>
        <w:rPr>
          <w:sz w:val="22"/>
        </w:rPr>
      </w:pPr>
      <w:proofErr w:type="spellStart"/>
      <w:r w:rsidRPr="0048519E">
        <w:rPr>
          <w:sz w:val="22"/>
        </w:rPr>
        <w:t>Potwierdzenie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obecności</w:t>
      </w:r>
      <w:proofErr w:type="spellEnd"/>
      <w:r w:rsidRPr="0048519E">
        <w:rPr>
          <w:sz w:val="22"/>
        </w:rPr>
        <w:t xml:space="preserve">, </w:t>
      </w:r>
      <w:proofErr w:type="spellStart"/>
      <w:r w:rsidRPr="0048519E">
        <w:rPr>
          <w:sz w:val="22"/>
        </w:rPr>
        <w:t>bufet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kawowy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oraz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przekazanie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materiałów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i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środków</w:t>
      </w:r>
      <w:proofErr w:type="spellEnd"/>
      <w:r w:rsidRPr="0048519E">
        <w:rPr>
          <w:sz w:val="22"/>
        </w:rPr>
        <w:t xml:space="preserve"> do </w:t>
      </w:r>
      <w:proofErr w:type="spellStart"/>
      <w:r w:rsidRPr="0048519E">
        <w:rPr>
          <w:sz w:val="22"/>
        </w:rPr>
        <w:t>wykorzystania</w:t>
      </w:r>
      <w:proofErr w:type="spellEnd"/>
      <w:r w:rsidRPr="0048519E">
        <w:rPr>
          <w:sz w:val="22"/>
        </w:rPr>
        <w:t xml:space="preserve"> w </w:t>
      </w:r>
      <w:proofErr w:type="spellStart"/>
      <w:r w:rsidRPr="0048519E">
        <w:rPr>
          <w:sz w:val="22"/>
        </w:rPr>
        <w:t>gospodarce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pasiecznej</w:t>
      </w:r>
      <w:proofErr w:type="spellEnd"/>
      <w:r w:rsidRPr="0048519E">
        <w:rPr>
          <w:sz w:val="22"/>
        </w:rPr>
        <w:t xml:space="preserve">: </w:t>
      </w:r>
      <w:proofErr w:type="spellStart"/>
      <w:r w:rsidRPr="0048519E">
        <w:rPr>
          <w:sz w:val="22"/>
        </w:rPr>
        <w:t>węzy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pszczelej</w:t>
      </w:r>
      <w:proofErr w:type="spellEnd"/>
      <w:r w:rsidRPr="0048519E">
        <w:rPr>
          <w:sz w:val="22"/>
        </w:rPr>
        <w:t xml:space="preserve">, </w:t>
      </w:r>
      <w:proofErr w:type="spellStart"/>
      <w:r w:rsidRPr="0048519E">
        <w:rPr>
          <w:sz w:val="22"/>
        </w:rPr>
        <w:t>środków</w:t>
      </w:r>
      <w:proofErr w:type="spellEnd"/>
      <w:r w:rsidRPr="0048519E">
        <w:rPr>
          <w:sz w:val="22"/>
        </w:rPr>
        <w:t xml:space="preserve"> do </w:t>
      </w:r>
      <w:proofErr w:type="spellStart"/>
      <w:r w:rsidRPr="0048519E">
        <w:rPr>
          <w:sz w:val="22"/>
        </w:rPr>
        <w:t>dezynfekcji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uli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i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roślin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miododajnych</w:t>
      </w:r>
      <w:proofErr w:type="spellEnd"/>
      <w:r w:rsidRPr="0048519E">
        <w:rPr>
          <w:sz w:val="22"/>
        </w:rPr>
        <w:t>.</w:t>
      </w:r>
    </w:p>
    <w:p w14:paraId="32E676F6" w14:textId="274BF909" w:rsidR="003E2083" w:rsidRPr="005507F4" w:rsidRDefault="003E2083" w:rsidP="00F9000D">
      <w:pPr>
        <w:spacing w:after="20"/>
        <w:rPr>
          <w:sz w:val="24"/>
          <w:szCs w:val="24"/>
        </w:rPr>
      </w:pPr>
    </w:p>
    <w:p w14:paraId="4E6E9D00" w14:textId="77777777" w:rsidR="003E2083" w:rsidRPr="005507F4" w:rsidRDefault="00000000" w:rsidP="004D0570">
      <w:pPr>
        <w:spacing w:after="20"/>
        <w:jc w:val="center"/>
        <w:rPr>
          <w:sz w:val="24"/>
          <w:szCs w:val="24"/>
        </w:rPr>
      </w:pPr>
      <w:r w:rsidRPr="005507F4">
        <w:rPr>
          <w:b/>
          <w:sz w:val="24"/>
          <w:szCs w:val="24"/>
        </w:rPr>
        <w:t>13:30–15:30 – I CZĘŚĆ SZKOLENIA</w:t>
      </w:r>
    </w:p>
    <w:p w14:paraId="0489D67B" w14:textId="77777777" w:rsidR="003E2083" w:rsidRPr="0048519E" w:rsidRDefault="00000000" w:rsidP="004D0570">
      <w:pPr>
        <w:spacing w:after="60"/>
        <w:jc w:val="center"/>
        <w:rPr>
          <w:sz w:val="22"/>
        </w:rPr>
      </w:pPr>
      <w:r w:rsidRPr="0048519E">
        <w:rPr>
          <w:sz w:val="22"/>
        </w:rPr>
        <w:t>„</w:t>
      </w:r>
      <w:proofErr w:type="spellStart"/>
      <w:r w:rsidRPr="0048519E">
        <w:rPr>
          <w:sz w:val="22"/>
        </w:rPr>
        <w:t>Wczesna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diagnostyka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chorób</w:t>
      </w:r>
      <w:proofErr w:type="spellEnd"/>
      <w:r w:rsidRPr="0048519E">
        <w:rPr>
          <w:sz w:val="22"/>
        </w:rPr>
        <w:t xml:space="preserve"> w </w:t>
      </w:r>
      <w:proofErr w:type="spellStart"/>
      <w:r w:rsidRPr="0048519E">
        <w:rPr>
          <w:sz w:val="22"/>
        </w:rPr>
        <w:t>warunkach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polowych</w:t>
      </w:r>
      <w:proofErr w:type="spellEnd"/>
      <w:r w:rsidRPr="0048519E">
        <w:rPr>
          <w:sz w:val="22"/>
        </w:rPr>
        <w:t xml:space="preserve"> – </w:t>
      </w:r>
      <w:proofErr w:type="spellStart"/>
      <w:r w:rsidRPr="0048519E">
        <w:rPr>
          <w:sz w:val="22"/>
        </w:rPr>
        <w:t>innowacyjne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metody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zwalczania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i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zapobiegania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chorobom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oraz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szkodnikom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pszczół</w:t>
      </w:r>
      <w:proofErr w:type="spellEnd"/>
      <w:r w:rsidRPr="0048519E">
        <w:rPr>
          <w:sz w:val="22"/>
        </w:rPr>
        <w:t xml:space="preserve">”. </w:t>
      </w:r>
      <w:proofErr w:type="spellStart"/>
      <w:r w:rsidRPr="0048519E">
        <w:rPr>
          <w:sz w:val="22"/>
        </w:rPr>
        <w:t>Zajęcia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praktyczno-warsztatowe</w:t>
      </w:r>
      <w:proofErr w:type="spellEnd"/>
      <w:r w:rsidRPr="0048519E">
        <w:rPr>
          <w:sz w:val="22"/>
        </w:rPr>
        <w:t xml:space="preserve">: </w:t>
      </w:r>
      <w:proofErr w:type="spellStart"/>
      <w:r w:rsidRPr="0048519E">
        <w:rPr>
          <w:sz w:val="22"/>
        </w:rPr>
        <w:t>wczesne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rozpoznawanie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chorób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i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zagrożeń</w:t>
      </w:r>
      <w:proofErr w:type="spellEnd"/>
      <w:r w:rsidRPr="0048519E">
        <w:rPr>
          <w:sz w:val="22"/>
        </w:rPr>
        <w:t xml:space="preserve">; </w:t>
      </w:r>
      <w:proofErr w:type="spellStart"/>
      <w:r w:rsidRPr="0048519E">
        <w:rPr>
          <w:sz w:val="22"/>
        </w:rPr>
        <w:t>obserwacja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i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diagnostyka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rodzin</w:t>
      </w:r>
      <w:proofErr w:type="spellEnd"/>
      <w:r w:rsidRPr="0048519E">
        <w:rPr>
          <w:sz w:val="22"/>
        </w:rPr>
        <w:t xml:space="preserve"> w </w:t>
      </w:r>
      <w:proofErr w:type="spellStart"/>
      <w:r w:rsidRPr="0048519E">
        <w:rPr>
          <w:sz w:val="22"/>
        </w:rPr>
        <w:t>warunkach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polowych</w:t>
      </w:r>
      <w:proofErr w:type="spellEnd"/>
      <w:r w:rsidRPr="0048519E">
        <w:rPr>
          <w:sz w:val="22"/>
        </w:rPr>
        <w:t xml:space="preserve">; </w:t>
      </w:r>
      <w:proofErr w:type="spellStart"/>
      <w:r w:rsidRPr="0048519E">
        <w:rPr>
          <w:sz w:val="22"/>
        </w:rPr>
        <w:t>rozpoznawanie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objawów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chorób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i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szkodników</w:t>
      </w:r>
      <w:proofErr w:type="spellEnd"/>
      <w:r w:rsidRPr="0048519E">
        <w:rPr>
          <w:sz w:val="22"/>
        </w:rPr>
        <w:t xml:space="preserve">; </w:t>
      </w:r>
      <w:proofErr w:type="spellStart"/>
      <w:r w:rsidRPr="0048519E">
        <w:rPr>
          <w:sz w:val="22"/>
        </w:rPr>
        <w:t>bioasekuracja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i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higiena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pasieki</w:t>
      </w:r>
      <w:proofErr w:type="spellEnd"/>
      <w:r w:rsidRPr="0048519E">
        <w:rPr>
          <w:sz w:val="22"/>
        </w:rPr>
        <w:t xml:space="preserve">; </w:t>
      </w:r>
      <w:proofErr w:type="spellStart"/>
      <w:r w:rsidRPr="0048519E">
        <w:rPr>
          <w:sz w:val="22"/>
        </w:rPr>
        <w:t>metody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ograniczania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presji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patogenów</w:t>
      </w:r>
      <w:proofErr w:type="spellEnd"/>
      <w:r w:rsidRPr="0048519E">
        <w:rPr>
          <w:sz w:val="22"/>
        </w:rPr>
        <w:t xml:space="preserve">; </w:t>
      </w:r>
      <w:proofErr w:type="spellStart"/>
      <w:r w:rsidRPr="0048519E">
        <w:rPr>
          <w:sz w:val="22"/>
        </w:rPr>
        <w:t>rozwiązania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mikrobiologiczne</w:t>
      </w:r>
      <w:proofErr w:type="spellEnd"/>
      <w:r w:rsidRPr="0048519E">
        <w:rPr>
          <w:sz w:val="22"/>
        </w:rPr>
        <w:t xml:space="preserve"> w </w:t>
      </w:r>
      <w:proofErr w:type="spellStart"/>
      <w:r w:rsidRPr="0048519E">
        <w:rPr>
          <w:sz w:val="22"/>
        </w:rPr>
        <w:t>profilaktyce</w:t>
      </w:r>
      <w:proofErr w:type="spellEnd"/>
      <w:r w:rsidRPr="0048519E">
        <w:rPr>
          <w:sz w:val="22"/>
        </w:rPr>
        <w:t xml:space="preserve">; </w:t>
      </w:r>
      <w:proofErr w:type="spellStart"/>
      <w:r w:rsidRPr="0048519E">
        <w:rPr>
          <w:sz w:val="22"/>
        </w:rPr>
        <w:t>analiza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przypadków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na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materiale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własnym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uczestników</w:t>
      </w:r>
      <w:proofErr w:type="spellEnd"/>
      <w:r w:rsidRPr="0048519E">
        <w:rPr>
          <w:sz w:val="22"/>
        </w:rPr>
        <w:t>.</w:t>
      </w:r>
    </w:p>
    <w:p w14:paraId="36F5D91E" w14:textId="77777777" w:rsidR="003E2083" w:rsidRPr="005507F4" w:rsidRDefault="00000000" w:rsidP="004D0570">
      <w:pPr>
        <w:spacing w:after="20"/>
        <w:jc w:val="center"/>
        <w:rPr>
          <w:sz w:val="24"/>
          <w:szCs w:val="24"/>
        </w:rPr>
      </w:pPr>
      <w:r w:rsidRPr="005507F4">
        <w:rPr>
          <w:b/>
          <w:sz w:val="24"/>
          <w:szCs w:val="24"/>
        </w:rPr>
        <w:t xml:space="preserve">15:30–16:00 – </w:t>
      </w:r>
      <w:proofErr w:type="spellStart"/>
      <w:r w:rsidRPr="005507F4">
        <w:rPr>
          <w:b/>
          <w:sz w:val="24"/>
          <w:szCs w:val="24"/>
        </w:rPr>
        <w:t>Przerwa</w:t>
      </w:r>
      <w:proofErr w:type="spellEnd"/>
      <w:r w:rsidRPr="005507F4">
        <w:rPr>
          <w:b/>
          <w:sz w:val="24"/>
          <w:szCs w:val="24"/>
        </w:rPr>
        <w:t xml:space="preserve"> </w:t>
      </w:r>
      <w:proofErr w:type="spellStart"/>
      <w:r w:rsidRPr="005507F4">
        <w:rPr>
          <w:b/>
          <w:sz w:val="24"/>
          <w:szCs w:val="24"/>
        </w:rPr>
        <w:t>obiadowa</w:t>
      </w:r>
      <w:proofErr w:type="spellEnd"/>
    </w:p>
    <w:p w14:paraId="109722BA" w14:textId="77777777" w:rsidR="003E2083" w:rsidRPr="0048519E" w:rsidRDefault="00000000" w:rsidP="004D0570">
      <w:pPr>
        <w:spacing w:after="60"/>
        <w:jc w:val="center"/>
        <w:rPr>
          <w:sz w:val="22"/>
        </w:rPr>
      </w:pPr>
      <w:proofErr w:type="spellStart"/>
      <w:r w:rsidRPr="0048519E">
        <w:rPr>
          <w:sz w:val="22"/>
        </w:rPr>
        <w:t>Ciepły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obiad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dla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uczestników</w:t>
      </w:r>
      <w:proofErr w:type="spellEnd"/>
      <w:r w:rsidRPr="0048519E">
        <w:rPr>
          <w:sz w:val="22"/>
        </w:rPr>
        <w:t>.</w:t>
      </w:r>
    </w:p>
    <w:p w14:paraId="111BF059" w14:textId="77777777" w:rsidR="003E2083" w:rsidRPr="005507F4" w:rsidRDefault="00000000" w:rsidP="004D0570">
      <w:pPr>
        <w:spacing w:after="20"/>
        <w:jc w:val="center"/>
        <w:rPr>
          <w:sz w:val="24"/>
          <w:szCs w:val="24"/>
        </w:rPr>
      </w:pPr>
      <w:r w:rsidRPr="005507F4">
        <w:rPr>
          <w:b/>
          <w:sz w:val="24"/>
          <w:szCs w:val="24"/>
        </w:rPr>
        <w:t>16:00–18:00 – II CZĘŚĆ SZKOLENIA</w:t>
      </w:r>
    </w:p>
    <w:p w14:paraId="77E03156" w14:textId="77777777" w:rsidR="003E2083" w:rsidRPr="0048519E" w:rsidRDefault="00000000" w:rsidP="004D0570">
      <w:pPr>
        <w:spacing w:after="60"/>
        <w:jc w:val="center"/>
        <w:rPr>
          <w:sz w:val="22"/>
        </w:rPr>
      </w:pPr>
      <w:r w:rsidRPr="005507F4">
        <w:rPr>
          <w:sz w:val="24"/>
          <w:szCs w:val="24"/>
        </w:rPr>
        <w:t>„</w:t>
      </w:r>
      <w:proofErr w:type="spellStart"/>
      <w:r w:rsidRPr="0048519E">
        <w:rPr>
          <w:sz w:val="22"/>
        </w:rPr>
        <w:t>Żywienie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pszczół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i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rola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składników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pokarmowych</w:t>
      </w:r>
      <w:proofErr w:type="spellEnd"/>
      <w:r w:rsidRPr="0048519E">
        <w:rPr>
          <w:sz w:val="22"/>
        </w:rPr>
        <w:t xml:space="preserve"> w </w:t>
      </w:r>
      <w:proofErr w:type="spellStart"/>
      <w:r w:rsidRPr="0048519E">
        <w:rPr>
          <w:sz w:val="22"/>
        </w:rPr>
        <w:t>zrównoważonej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hodowli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pszczół</w:t>
      </w:r>
      <w:proofErr w:type="spellEnd"/>
      <w:r w:rsidRPr="0048519E">
        <w:rPr>
          <w:sz w:val="22"/>
        </w:rPr>
        <w:t xml:space="preserve">”. </w:t>
      </w:r>
      <w:proofErr w:type="spellStart"/>
      <w:r w:rsidRPr="0048519E">
        <w:rPr>
          <w:sz w:val="22"/>
        </w:rPr>
        <w:t>Podstawowe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potrzeby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pokarmowe</w:t>
      </w:r>
      <w:proofErr w:type="spellEnd"/>
      <w:r w:rsidRPr="0048519E">
        <w:rPr>
          <w:sz w:val="22"/>
        </w:rPr>
        <w:t xml:space="preserve">; </w:t>
      </w:r>
      <w:proofErr w:type="spellStart"/>
      <w:r w:rsidRPr="0048519E">
        <w:rPr>
          <w:sz w:val="22"/>
        </w:rPr>
        <w:t>znaczenie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składników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pokarmowych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dla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rozwoju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i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kondycji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rodzin</w:t>
      </w:r>
      <w:proofErr w:type="spellEnd"/>
      <w:r w:rsidRPr="0048519E">
        <w:rPr>
          <w:sz w:val="22"/>
        </w:rPr>
        <w:t xml:space="preserve">; </w:t>
      </w:r>
      <w:proofErr w:type="spellStart"/>
      <w:r w:rsidRPr="0048519E">
        <w:rPr>
          <w:sz w:val="22"/>
        </w:rPr>
        <w:t>zasady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racjonalnego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żywienia</w:t>
      </w:r>
      <w:proofErr w:type="spellEnd"/>
      <w:r w:rsidRPr="0048519E">
        <w:rPr>
          <w:sz w:val="22"/>
        </w:rPr>
        <w:t xml:space="preserve"> w </w:t>
      </w:r>
      <w:proofErr w:type="spellStart"/>
      <w:r w:rsidRPr="0048519E">
        <w:rPr>
          <w:sz w:val="22"/>
        </w:rPr>
        <w:t>różnych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okresach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sezonu</w:t>
      </w:r>
      <w:proofErr w:type="spellEnd"/>
      <w:r w:rsidRPr="0048519E">
        <w:rPr>
          <w:sz w:val="22"/>
        </w:rPr>
        <w:t xml:space="preserve">; </w:t>
      </w:r>
      <w:proofErr w:type="spellStart"/>
      <w:r w:rsidRPr="0048519E">
        <w:rPr>
          <w:sz w:val="22"/>
        </w:rPr>
        <w:t>znaczenie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naturalnych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pożytków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i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roślin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miododajnych</w:t>
      </w:r>
      <w:proofErr w:type="spellEnd"/>
      <w:r w:rsidRPr="0048519E">
        <w:rPr>
          <w:sz w:val="22"/>
        </w:rPr>
        <w:t xml:space="preserve">; </w:t>
      </w:r>
      <w:proofErr w:type="spellStart"/>
      <w:r w:rsidRPr="0048519E">
        <w:rPr>
          <w:sz w:val="22"/>
        </w:rPr>
        <w:t>wspieranie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rodzin</w:t>
      </w:r>
      <w:proofErr w:type="spellEnd"/>
      <w:r w:rsidRPr="0048519E">
        <w:rPr>
          <w:sz w:val="22"/>
        </w:rPr>
        <w:t xml:space="preserve"> w </w:t>
      </w:r>
      <w:proofErr w:type="spellStart"/>
      <w:r w:rsidRPr="0048519E">
        <w:rPr>
          <w:sz w:val="22"/>
        </w:rPr>
        <w:t>okresach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niedoboru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pokarmu</w:t>
      </w:r>
      <w:proofErr w:type="spellEnd"/>
      <w:r w:rsidRPr="0048519E">
        <w:rPr>
          <w:sz w:val="22"/>
        </w:rPr>
        <w:t xml:space="preserve">; </w:t>
      </w:r>
      <w:proofErr w:type="spellStart"/>
      <w:r w:rsidRPr="0048519E">
        <w:rPr>
          <w:sz w:val="22"/>
        </w:rPr>
        <w:t>jakość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i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dostępność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pokarmu</w:t>
      </w:r>
      <w:proofErr w:type="spellEnd"/>
      <w:r w:rsidRPr="0048519E">
        <w:rPr>
          <w:sz w:val="22"/>
        </w:rPr>
        <w:t xml:space="preserve"> a </w:t>
      </w:r>
      <w:proofErr w:type="spellStart"/>
      <w:r w:rsidRPr="0048519E">
        <w:rPr>
          <w:sz w:val="22"/>
        </w:rPr>
        <w:t>zdrowotność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rodzin</w:t>
      </w:r>
      <w:proofErr w:type="spellEnd"/>
      <w:r w:rsidRPr="0048519E">
        <w:rPr>
          <w:sz w:val="22"/>
        </w:rPr>
        <w:t xml:space="preserve">; </w:t>
      </w:r>
      <w:proofErr w:type="spellStart"/>
      <w:r w:rsidRPr="0048519E">
        <w:rPr>
          <w:sz w:val="22"/>
        </w:rPr>
        <w:t>żywienie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jako</w:t>
      </w:r>
      <w:proofErr w:type="spellEnd"/>
      <w:r w:rsidRPr="0048519E">
        <w:rPr>
          <w:sz w:val="22"/>
        </w:rPr>
        <w:t xml:space="preserve"> element </w:t>
      </w:r>
      <w:proofErr w:type="spellStart"/>
      <w:r w:rsidRPr="0048519E">
        <w:rPr>
          <w:sz w:val="22"/>
        </w:rPr>
        <w:t>profilaktyki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i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zrównoważonej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gospodarki</w:t>
      </w:r>
      <w:proofErr w:type="spellEnd"/>
      <w:r w:rsidRPr="0048519E">
        <w:rPr>
          <w:sz w:val="22"/>
        </w:rPr>
        <w:t xml:space="preserve"> </w:t>
      </w:r>
      <w:proofErr w:type="spellStart"/>
      <w:r w:rsidRPr="0048519E">
        <w:rPr>
          <w:sz w:val="22"/>
        </w:rPr>
        <w:t>pasiecznej</w:t>
      </w:r>
      <w:proofErr w:type="spellEnd"/>
      <w:r w:rsidRPr="0048519E">
        <w:rPr>
          <w:sz w:val="22"/>
        </w:rPr>
        <w:t>.</w:t>
      </w:r>
    </w:p>
    <w:p w14:paraId="5479D41B" w14:textId="085385DC" w:rsidR="004D0570" w:rsidRDefault="00000000" w:rsidP="003412AC">
      <w:pPr>
        <w:spacing w:after="20"/>
        <w:jc w:val="center"/>
        <w:rPr>
          <w:b/>
          <w:sz w:val="24"/>
          <w:szCs w:val="24"/>
        </w:rPr>
      </w:pPr>
      <w:r w:rsidRPr="005507F4">
        <w:rPr>
          <w:b/>
          <w:sz w:val="24"/>
          <w:szCs w:val="24"/>
        </w:rPr>
        <w:t xml:space="preserve">18:00 – </w:t>
      </w:r>
      <w:proofErr w:type="spellStart"/>
      <w:r w:rsidRPr="005507F4">
        <w:rPr>
          <w:b/>
          <w:sz w:val="24"/>
          <w:szCs w:val="24"/>
        </w:rPr>
        <w:t>Zakończenie</w:t>
      </w:r>
      <w:proofErr w:type="spellEnd"/>
      <w:r w:rsidRPr="005507F4">
        <w:rPr>
          <w:b/>
          <w:sz w:val="24"/>
          <w:szCs w:val="24"/>
        </w:rPr>
        <w:t xml:space="preserve"> </w:t>
      </w:r>
      <w:proofErr w:type="spellStart"/>
      <w:r w:rsidRPr="005507F4">
        <w:rPr>
          <w:b/>
          <w:sz w:val="24"/>
          <w:szCs w:val="24"/>
        </w:rPr>
        <w:t>szkolenia</w:t>
      </w:r>
      <w:proofErr w:type="spellEnd"/>
    </w:p>
    <w:p w14:paraId="48E850DA" w14:textId="77777777" w:rsidR="0048519E" w:rsidRDefault="0048519E" w:rsidP="0048519E">
      <w:pPr>
        <w:spacing w:after="20"/>
        <w:rPr>
          <w:sz w:val="24"/>
          <w:szCs w:val="24"/>
        </w:rPr>
      </w:pPr>
    </w:p>
    <w:p w14:paraId="310A5905" w14:textId="77777777" w:rsidR="003412AC" w:rsidRPr="003412AC" w:rsidRDefault="003412AC" w:rsidP="003412AC">
      <w:pPr>
        <w:spacing w:after="20"/>
        <w:jc w:val="center"/>
        <w:rPr>
          <w:sz w:val="24"/>
          <w:szCs w:val="24"/>
        </w:rPr>
      </w:pPr>
    </w:p>
    <w:tbl>
      <w:tblPr>
        <w:tblStyle w:val="Tabela-Siatka"/>
        <w:tblW w:w="0" w:type="auto"/>
        <w:tblInd w:w="38" w:type="dxa"/>
        <w:tblLook w:val="04A0" w:firstRow="1" w:lastRow="0" w:firstColumn="1" w:lastColumn="0" w:noHBand="0" w:noVBand="1"/>
      </w:tblPr>
      <w:tblGrid>
        <w:gridCol w:w="7298"/>
        <w:gridCol w:w="3306"/>
      </w:tblGrid>
      <w:tr w:rsidR="004D0570" w14:paraId="41924156" w14:textId="77777777" w:rsidTr="00C26900">
        <w:trPr>
          <w:trHeight w:val="1260"/>
        </w:trPr>
        <w:tc>
          <w:tcPr>
            <w:tcW w:w="7583" w:type="dxa"/>
          </w:tcPr>
          <w:p w14:paraId="3AD782B8" w14:textId="1257F1D9" w:rsidR="004D0570" w:rsidRPr="0048519E" w:rsidRDefault="004D0570" w:rsidP="004D0570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2"/>
                <w:lang w:val="pl-PL" w:eastAsia="pl-PL"/>
              </w:rPr>
            </w:pPr>
            <w:r w:rsidRPr="0048519E">
              <w:rPr>
                <w:rFonts w:ascii="Times New Roman" w:eastAsia="Times New Roman" w:hAnsi="Times New Roman" w:cs="Times New Roman"/>
                <w:sz w:val="22"/>
                <w:lang w:val="pl-PL" w:eastAsia="pl-PL"/>
              </w:rPr>
              <w:t>Szkolenie zorganizowane w ramach zadania „P</w:t>
            </w:r>
            <w:r w:rsidR="00C26900" w:rsidRPr="0048519E">
              <w:rPr>
                <w:rFonts w:ascii="Times New Roman" w:eastAsia="Times New Roman" w:hAnsi="Times New Roman" w:cs="Times New Roman"/>
                <w:sz w:val="22"/>
                <w:lang w:val="pl-PL" w:eastAsia="pl-PL"/>
              </w:rPr>
              <w:t>szczelarze dla pszczół</w:t>
            </w:r>
            <w:r w:rsidRPr="0048519E">
              <w:rPr>
                <w:rFonts w:ascii="Times New Roman" w:eastAsia="Times New Roman" w:hAnsi="Times New Roman" w:cs="Times New Roman"/>
                <w:sz w:val="22"/>
                <w:lang w:val="pl-PL" w:eastAsia="pl-PL"/>
              </w:rPr>
              <w:t>”</w:t>
            </w:r>
            <w:r w:rsidR="00C26900" w:rsidRPr="0048519E">
              <w:rPr>
                <w:rFonts w:ascii="Times New Roman" w:eastAsia="Times New Roman" w:hAnsi="Times New Roman" w:cs="Times New Roman"/>
                <w:sz w:val="22"/>
                <w:lang w:val="pl-PL" w:eastAsia="pl-PL"/>
              </w:rPr>
              <w:t xml:space="preserve"> </w:t>
            </w:r>
            <w:r w:rsidRPr="0048519E">
              <w:rPr>
                <w:rFonts w:ascii="Times New Roman" w:eastAsia="Times New Roman" w:hAnsi="Times New Roman" w:cs="Times New Roman"/>
                <w:sz w:val="22"/>
                <w:lang w:val="pl-PL" w:eastAsia="pl-PL"/>
              </w:rPr>
              <w:t xml:space="preserve">w ramach Otwartego </w:t>
            </w:r>
            <w:r w:rsidR="00C26900" w:rsidRPr="0048519E">
              <w:rPr>
                <w:rFonts w:ascii="Times New Roman" w:eastAsia="Times New Roman" w:hAnsi="Times New Roman" w:cs="Times New Roman"/>
                <w:sz w:val="22"/>
                <w:lang w:val="pl-PL" w:eastAsia="pl-PL"/>
              </w:rPr>
              <w:t>K</w:t>
            </w:r>
            <w:r w:rsidRPr="0048519E">
              <w:rPr>
                <w:rFonts w:ascii="Times New Roman" w:eastAsia="Times New Roman" w:hAnsi="Times New Roman" w:cs="Times New Roman"/>
                <w:sz w:val="22"/>
                <w:lang w:val="pl-PL" w:eastAsia="pl-PL"/>
              </w:rPr>
              <w:t>onkursu</w:t>
            </w:r>
            <w:r w:rsidR="00C26900" w:rsidRPr="0048519E">
              <w:rPr>
                <w:rFonts w:ascii="Times New Roman" w:eastAsia="Times New Roman" w:hAnsi="Times New Roman" w:cs="Times New Roman"/>
                <w:sz w:val="22"/>
                <w:lang w:val="pl-PL" w:eastAsia="pl-PL"/>
              </w:rPr>
              <w:t xml:space="preserve"> oferta na zadania publiczne w obszarze ekologii i ochrony zwierząt oraz dziedzictwa przyrodniczego pn. Śląskie dla pszczół w 2026 r.</w:t>
            </w:r>
          </w:p>
        </w:tc>
        <w:tc>
          <w:tcPr>
            <w:tcW w:w="2983" w:type="dxa"/>
          </w:tcPr>
          <w:p w14:paraId="78BE8F74" w14:textId="3161EB1E" w:rsidR="004D0570" w:rsidRDefault="004D0570" w:rsidP="004D0570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pl-PL"/>
              </w:rPr>
            </w:pPr>
            <w:r w:rsidRPr="004D0570">
              <w:rPr>
                <w:noProof/>
                <w:sz w:val="17"/>
                <w:lang w:val="pl-PL"/>
              </w:rPr>
              <w:drawing>
                <wp:inline distT="0" distB="0" distL="0" distR="0" wp14:anchorId="1485AF80" wp14:editId="67AA6D8E">
                  <wp:extent cx="1957060" cy="1025082"/>
                  <wp:effectExtent l="0" t="0" r="5715" b="3810"/>
                  <wp:docPr id="172362927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9229" cy="1031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A334BC" w14:textId="51522F5F" w:rsidR="004D0570" w:rsidRDefault="004D0570" w:rsidP="004D0570">
      <w:pPr>
        <w:spacing w:after="60"/>
        <w:jc w:val="center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14:paraId="752D9B4A" w14:textId="77777777" w:rsidR="004D0570" w:rsidRPr="004D0570" w:rsidRDefault="004D0570" w:rsidP="004D0570">
      <w:pPr>
        <w:spacing w:after="60"/>
        <w:jc w:val="center"/>
        <w:rPr>
          <w:sz w:val="17"/>
          <w:lang w:val="pl-PL"/>
        </w:rPr>
      </w:pPr>
    </w:p>
    <w:p w14:paraId="7EEC05D4" w14:textId="68D52A27" w:rsidR="003E2083" w:rsidRDefault="003E2083" w:rsidP="004D0570">
      <w:pPr>
        <w:spacing w:after="60"/>
        <w:jc w:val="center"/>
      </w:pPr>
    </w:p>
    <w:sectPr w:rsidR="003E2083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8592004">
    <w:abstractNumId w:val="8"/>
  </w:num>
  <w:num w:numId="2" w16cid:durableId="547495773">
    <w:abstractNumId w:val="6"/>
  </w:num>
  <w:num w:numId="3" w16cid:durableId="1619533667">
    <w:abstractNumId w:val="5"/>
  </w:num>
  <w:num w:numId="4" w16cid:durableId="7567345">
    <w:abstractNumId w:val="4"/>
  </w:num>
  <w:num w:numId="5" w16cid:durableId="2124181672">
    <w:abstractNumId w:val="7"/>
  </w:num>
  <w:num w:numId="6" w16cid:durableId="411778200">
    <w:abstractNumId w:val="3"/>
  </w:num>
  <w:num w:numId="7" w16cid:durableId="1946503028">
    <w:abstractNumId w:val="2"/>
  </w:num>
  <w:num w:numId="8" w16cid:durableId="1997411343">
    <w:abstractNumId w:val="1"/>
  </w:num>
  <w:num w:numId="9" w16cid:durableId="1392269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2E1D"/>
    <w:rsid w:val="0015074B"/>
    <w:rsid w:val="0029639D"/>
    <w:rsid w:val="00326F90"/>
    <w:rsid w:val="003412AC"/>
    <w:rsid w:val="003E2083"/>
    <w:rsid w:val="0048519E"/>
    <w:rsid w:val="004D0570"/>
    <w:rsid w:val="00547C67"/>
    <w:rsid w:val="005507F4"/>
    <w:rsid w:val="007D7D02"/>
    <w:rsid w:val="009E5370"/>
    <w:rsid w:val="00A948A9"/>
    <w:rsid w:val="00AA1D8D"/>
    <w:rsid w:val="00B47730"/>
    <w:rsid w:val="00C26900"/>
    <w:rsid w:val="00CB0664"/>
    <w:rsid w:val="00F900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E732E2"/>
  <w14:defaultImageDpi w14:val="300"/>
  <w15:docId w15:val="{D7FD0C8B-5C02-4708-97E4-E5D4A9B35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nyWeb">
    <w:name w:val="Normal (Web)"/>
    <w:basedOn w:val="Normalny"/>
    <w:uiPriority w:val="99"/>
    <w:semiHidden/>
    <w:unhideWhenUsed/>
    <w:rsid w:val="004D0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218</Words>
  <Characters>1564</Characters>
  <Application>Microsoft Office Word</Application>
  <DocSecurity>0</DocSecurity>
  <Lines>36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Iwona Bednarczyk</cp:lastModifiedBy>
  <cp:revision>6</cp:revision>
  <dcterms:created xsi:type="dcterms:W3CDTF">2013-12-23T23:15:00Z</dcterms:created>
  <dcterms:modified xsi:type="dcterms:W3CDTF">2026-10-02T08:55:00Z</dcterms:modified>
  <cp:category/>
</cp:coreProperties>
</file>